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2026/Sicil-31</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ALİCAN ACAR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KEMALPAŞA MAH. KENAN SOFUOĞLU CAD. ADATEPE PLAZA 2/102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