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2026/Sicil-34</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NUMAN AĞU</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KEMALPAŞA MAH. BELEDİYE CAD. 43 B/ SERDİVAN/SAKARYA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