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2026/Sicil-37</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BARIŞ BÜLENT AKARSU</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YENİDOĞAN MAH. GÜZ SK. 31 A/ ADAPAZARI/SAKARYA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