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2026/Sicil-38</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YUSUF AKDEMİR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KEMALPAŞA MAH. 222. SK. ATA 8 EVLERI 5/2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