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2026/Sicil-39</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İREM NUR TEPE</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MUHSİN YAZICIOĞLU BLV. ERTER PLAZA 15/109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