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AHSEN AKDEMİR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BAHÇELİEVLER MAH. KİRİŞHANE CAD. B BLOK 57 B/3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