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2026/Sicil-44</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ERKAN AKKAYA</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ARİFBEY MAH. 5 SK. ÇAYOCAĞI UMUT BÜFE 24/ ARİFİYE/SAKARYA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