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2026/Sicil-45</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HALİL İBRAHİM AKKAYA</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ŞİRİNEVLER MAH. SARIKIŞLA SK. 6 A/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