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2026/Sicil-46</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ERGUN AKOĞLU</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MUHSİN YAZICIOĞLU BLV. 1/6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