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ABDULLAH HAMİ AKTAŞ</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ÜSTAD SK. 17/101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