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2026/Sicil-55</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ARDA MERT AKYAMAN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SEMERCİLER MAH. ANBARLI SK. 9/4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