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2026/Sicil-56</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RUMEYSA AKYILDIZ</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KEMALPAŞA MAH. ORKİDE SK. 7/1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