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2026/Sicil-62</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MYRAT ALLAYEV</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SEMERCİLER MAH. HALİÇ CAD. 26/5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