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2026/Sicil-64</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EBRU ALPTEKİN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ŞEHİT MEHMET KARABAŞOĞLU CAD. 81 A/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