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2026/Sicil-73</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HALİL ARIK</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SEMERCİLER MAH. ÇARK CAD. N.YIĞIN İŞ MERKEZİ N.YIĞIN IŞ MERKEZI 13/Z19 ADAPAZARI/SAKARYA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