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2026/Sicil-74</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ÖMER FURKAN ARİFOĞLU</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BEŞKÖPRÜ MAH. 14. CAD. 20/YOK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