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2026/Sicil-76</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HÜSREV ARSLAN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ERENLER MAH. SAKARYA CAD. 7125 248/Z1 ERENLER/SAKARYA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