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2026/Sicil-77</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MURAT ARSLAN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ARİFBEY MAH. YENİGÜN CAD. 26 B/3 ARİFİYE/SAKARYA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