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2026/Sicil-78</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MEHMET ALİ ARSLAN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SEMERCİLER MAH. BOZKURT SK. 2 A/ ADAPAZARI/SAKARYA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